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🚀 מנהיגות צעירה – מהדורה למורה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ג׳–י״ב, עולים וחנ״מ • קריאה והבנה</w:t>
      </w:r>
    </w:p>
    <w:p>
      <w:pPr>
        <w:bidi/>
        <w:spacing w:after="60"/>
        <w:jc w:val="right"/>
      </w:pPr>
      <w:r>
        <w:rPr>
          <w:b w:val="0"/>
          <w:rtl/>
        </w:rPr>
        <w:t>סוגת הטקסט: פוסט של יוזמה + נתונים · נושא: יוזמה קהילתית של בני נוער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🎯 מטרות</w:t>
      </w:r>
    </w:p>
    <w:p>
      <w:pPr>
        <w:bidi/>
        <w:spacing w:after="60"/>
        <w:jc w:val="right"/>
      </w:pPr>
      <w:r>
        <w:rPr>
          <w:b w:val="0"/>
          <w:rtl/>
        </w:rPr>
        <w:t>• לאתר שלבים בתהליך יוזמה</w:t>
      </w:r>
    </w:p>
    <w:p>
      <w:pPr>
        <w:bidi/>
        <w:spacing w:after="60"/>
        <w:jc w:val="right"/>
      </w:pPr>
      <w:r>
        <w:rPr>
          <w:b w:val="0"/>
          <w:rtl/>
        </w:rPr>
        <w:t>• לפרש נתונים ותוצאות</w:t>
      </w:r>
    </w:p>
    <w:p>
      <w:pPr>
        <w:bidi/>
        <w:spacing w:after="60"/>
        <w:jc w:val="right"/>
      </w:pPr>
      <w:r>
        <w:rPr>
          <w:b w:val="0"/>
          <w:rtl/>
        </w:rPr>
        <w:t>• לתכנן יוזמה כיתתית לפי שלבים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⏱️ מהלך שיעור – 45 דקות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5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פתיחה: "מה עוצר אנשים מלומר 'למה לא אנחנו?'"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קריאה ראשונה בקול + קריאה שנייה עם עיפרון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א׳ – 🏊 שחייה (בזוגות)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10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ב׳ – 🤿 צלילה: סימון, מיון, שפה ומבנה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8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חלק ג׳ – 🐠 מעמקים: משימת תיבה + מעגל שיח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4 ד׳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🎟️ כרטיס יציאה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0"/>
          <w:rtl/>
          <w:szCs w:val="20"/>
        </w:rPr>
        <w:t>⚡ גרסת 10 דקות: קריאה ← 2 שאלות שחייה ← סימון אחד ← שורה בכרטיס היציאה.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🔑 תשובות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🎒 חט״ב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אין צל ואין ספסל · 2. 41 · 3. פנו לנגרייה ולהורים ◆ סימון: "מנהיגות היא לא להיות הכי חזק בקול" ◆ מיון: 👂 הקשבה: שאלון ל־60 אנשים | 📐 תוכנית: שרטוט ספסל וסוכך, רעיון הספרייה הקטנה | 🔨 ביצוע: שלוש שבתות עבודה, ויכוח על צבעים ◆ אוצר מילים: ריקה ועזובה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🎓 חט״ע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לדווח וגם להשראה – להראות שאפשר · 2. בהירות ומבנה של תהליך שאפשר ללמוד ממנו · 3. המדגם אינו מייצג ◆ סימון: "מנהיגות היא לא להיות הכי חזק בקול" ◆ מיון: 🔢 נתון: 41 מתוך 60 ענו 'צל', 12 ביקשו משהו לקרוא | 💭 פרשנות: אנשים רוצים מקום נעים לחכות בו | 🧐 ביקורת: המדגם אינו מייצג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🧸 יסודי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לכלוך · 2. פרחים ◆ סימון: "בואו נעשה כאן גינה" ◆ מיון: 1️⃣ קודם: לנקות, לשתול | 2️⃣ אחר כך: פרחים צבעוניים, כולם באים לראות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🟢 עולים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שחייה: 1. סַפְסָל · 2. שְׁכֵנִים ◆ סימון: "בואו נבנה ספסל" ◆ מילון: תַּחֲנָה=bus stop · סַפְסָל=bench · לְבָנוֹת=to build · שְׁכֵנִים=neighbors · צֵל=shade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🧩 חנ״מ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0"/>
                <w:rtl/>
                <w:szCs w:val="20"/>
              </w:rPr>
              <w:t>תמונות: ספסל · בונים ◆ מיון: 🤝 יחד: 🌱 לשתול, 🧹 לנקות, 🎨 לצבוע | 🙅 לא: 🗑️ לזרוק לכלוך</w:t>
            </w:r>
          </w:p>
        </w:tc>
      </w:tr>
    </w:tbl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🗣️ מעגל שיח</w:t>
      </w:r>
    </w:p>
    <w:p>
      <w:pPr>
        <w:bidi/>
        <w:spacing w:after="60"/>
        <w:jc w:val="right"/>
      </w:pPr>
      <w:r>
        <w:rPr>
          <w:b w:val="0"/>
          <w:rtl/>
        </w:rPr>
        <w:t>1. מה עוצר אנשים מלומר 'למה לא אנחנו?'</w:t>
      </w:r>
    </w:p>
    <w:p>
      <w:pPr>
        <w:bidi/>
        <w:spacing w:after="60"/>
        <w:jc w:val="right"/>
      </w:pPr>
      <w:r>
        <w:rPr>
          <w:b w:val="0"/>
          <w:rtl/>
        </w:rPr>
        <w:t>2. מה עושים עם ה'לא' הראשון?</w:t>
      </w:r>
    </w:p>
    <w:p>
      <w:pPr>
        <w:bidi/>
        <w:spacing w:after="60"/>
        <w:jc w:val="right"/>
      </w:pPr>
      <w:r>
        <w:rPr>
          <w:b w:val="0"/>
          <w:rtl/>
        </w:rPr>
        <w:t>3. איזו בעיה בבית הספר שלכם מחכה ליוזמה?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🎬 מתווה מצגת (איורים בסגנון תלת־ממדי חמוד)</w:t>
      </w:r>
    </w:p>
    <w:p>
      <w:pPr>
        <w:bidi/>
        <w:spacing w:after="60"/>
        <w:jc w:val="right"/>
      </w:pPr>
      <w:r>
        <w:rPr>
          <w:b w:val="0"/>
          <w:rtl/>
        </w:rPr>
        <w:t>1. שקופית פתיחה: קבוצת דמויות תלת־ממדיות שותלות עץ ליד ספסל צבעוני</w:t>
      </w:r>
    </w:p>
    <w:p>
      <w:pPr>
        <w:bidi/>
        <w:spacing w:after="60"/>
        <w:jc w:val="right"/>
      </w:pPr>
      <w:r>
        <w:rPr>
          <w:b w:val="0"/>
          <w:rtl/>
        </w:rPr>
        <w:t>2. מה הפריע להם – ומה עשו</w:t>
      </w:r>
    </w:p>
    <w:p>
      <w:pPr>
        <w:bidi/>
        <w:spacing w:after="60"/>
        <w:jc w:val="right"/>
      </w:pPr>
      <w:r>
        <w:rPr>
          <w:b w:val="0"/>
          <w:rtl/>
        </w:rPr>
        <w:t>3. 5 שלבי יוזמה</w:t>
      </w:r>
    </w:p>
    <w:p>
      <w:pPr>
        <w:bidi/>
        <w:spacing w:after="60"/>
        <w:jc w:val="right"/>
      </w:pPr>
      <w:r>
        <w:rPr>
          <w:b w:val="0"/>
          <w:rtl/>
        </w:rPr>
        <w:t>4. מה עושים כשנתקלים ב'לא'</w:t>
      </w:r>
    </w:p>
    <w:p>
      <w:pPr>
        <w:bidi/>
        <w:spacing w:after="60"/>
        <w:jc w:val="right"/>
      </w:pPr>
      <w:r>
        <w:rPr>
          <w:b w:val="0"/>
          <w:rtl/>
        </w:rPr>
        <w:t>5. כרטיס יציאה: הבעיה שאני רוצה לפתור</w:t>
      </w:r>
    </w:p>
    <w:p>
      <w:pPr>
        <w:bidi/>
        <w:spacing w:after="60"/>
        <w:jc w:val="right"/>
      </w:pPr>
      <w:r>
        <w:rPr>
          <w:b w:val="0"/>
          <w:color w:val="E65100"/>
          <w:sz w:val="20"/>
          <w:rtl/>
          <w:szCs w:val="20"/>
        </w:rPr>
        <w:t>🛟 מרחב בטוח: תמיכה ולמידה – לא טיפול. מותר לא לשתף. כל דאגה – פונים ליועצת. מודלים: גש״ר מאח״ד · עש״ן ד״ק · מעש״ה.</w:t>
      </w:r>
    </w:p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🚀 מנהיגות צעירה – 🎒 חט״ב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ז׳–ט׳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איך הפכנו תחנת אוטובוס שוממה למקום שאנשים מחכים לחכות בו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פוסט של יוזמה + נתונים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זה התחיל מתלונה. כל בוקר חיכינו באוטובוס בתחנה ליד המתנ״ס: בלי צל, בלי ספסל, עם פח שופע. "מישהו צריך לטפל בזה", אמרנו. ואז נועם שאל: "למה לא אנחנו?"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שלב 1 – הקשבה. שאלנו 60 אנשים שמחכים בתחנה מה חסר להם. 41 ענו 'צל', 30 ענו 'ספסל', ו־12 הפתיעו: 'משהו לקרוא'.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שלב 2 – תוכנית. שרטטנו הצעה: ספסל מעץ ממוחזר, סוכך בד, ו'ספרייה קטנה' – ארגז שאפשר לקחת ממנו ספר ולהשאיר ספר.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שלב 3 – 'לא' ראשון. במועצה אמרו שאין תקציב. כמעט ויתרנו. אבל במקום זה פנינו לנגרייה בשכונה, שתרמה עץ, ולהורים, שתרמו שעות עבודה.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שלב 4 – ביצוע. שלוש שבתות של עבודה. היו יבלות. היו ויכוחים על צבעים. בסוף בחרנו טורקיז.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שלב 5 – מה למדנו. היום יש בתחנה ספסל, צל ושלושים ספרים. ולמדנו שמנהיגות היא לא להיות הכי חזק בקול. היא להיות הראשון שאומר 'למה לא אנחנו?' – ולהמשיך גם אחרי ה'לא' הראשון.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 הייתה הבעיה בתחנה?</w:t>
      </w:r>
    </w:p>
    <w:p>
      <w:pPr>
        <w:bidi/>
        <w:spacing w:after="60"/>
        <w:jc w:val="right"/>
      </w:pPr>
      <w:r>
        <w:rPr>
          <w:b w:val="0"/>
          <w:rtl/>
        </w:rPr>
        <w:t>○ אין צל ואין ספסל    ○ האוטובוס לא הגיע    ○ היא הייתה רחוקה</w:t>
      </w:r>
    </w:p>
    <w:p>
      <w:pPr>
        <w:bidi/>
        <w:spacing w:after="60"/>
        <w:jc w:val="right"/>
      </w:pPr>
      <w:r>
        <w:rPr>
          <w:b/>
          <w:rtl/>
          <w:bCs/>
        </w:rPr>
        <w:t>2. כמה אנשים ענו 'צל'?</w:t>
      </w:r>
    </w:p>
    <w:p>
      <w:pPr>
        <w:bidi/>
        <w:spacing w:after="60"/>
        <w:jc w:val="right"/>
      </w:pPr>
      <w:r>
        <w:rPr>
          <w:b w:val="0"/>
          <w:rtl/>
        </w:rPr>
        <w:t>○ 12    ○ 30    ○ 41</w:t>
      </w:r>
    </w:p>
    <w:p>
      <w:pPr>
        <w:bidi/>
        <w:spacing w:after="60"/>
        <w:jc w:val="right"/>
      </w:pPr>
      <w:r>
        <w:rPr>
          <w:b/>
          <w:rtl/>
          <w:bCs/>
        </w:rPr>
        <w:t>3. מה עשו כשהמועצה אמרה 'לא'?</w:t>
      </w:r>
    </w:p>
    <w:p>
      <w:pPr>
        <w:bidi/>
        <w:spacing w:after="60"/>
        <w:jc w:val="right"/>
      </w:pPr>
      <w:r>
        <w:rPr>
          <w:b w:val="0"/>
          <w:rtl/>
        </w:rPr>
        <w:t>○ ויתרו    ○ פנו לנגרייה ולהורים    ○ הפגינו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שמגדיר מהי מנהיגות לפי הכותבים,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לאיזה שלב שייך כל דבר?</w:t>
      </w:r>
    </w:p>
    <w:p>
      <w:pPr>
        <w:bidi/>
        <w:spacing w:after="60"/>
        <w:jc w:val="right"/>
      </w:pPr>
      <w:r>
        <w:rPr>
          <w:b w:val="0"/>
          <w:rtl/>
        </w:rPr>
        <w:t>כרטיסים: שאלון ל־60 אנשים · שרטוט ספסל וסוכך · שלוש שבתות עבודה · רעיון הספרייה הקטנה · ויכוח על צבעים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👂 הקשבה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📐 תוכנית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🔨 ביצוע</w:t>
            </w:r>
          </w:p>
        </w:tc>
      </w:tr>
      <w:tr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3. מה פירוש "תחנה שוממה"?</w:t>
      </w:r>
    </w:p>
    <w:p>
      <w:pPr>
        <w:bidi/>
        <w:spacing w:after="60"/>
        <w:jc w:val="right"/>
      </w:pPr>
      <w:r>
        <w:rPr>
          <w:b w:val="0"/>
          <w:rtl/>
        </w:rPr>
        <w:t>○ ריקה ועזובה    ○ רועשת מאוד    ○ חדשה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בחרו בעיה קטנה בבית הספר שלכם וכתבו את 'שלב 1 – הקשבה': אילו 3 שאלות תשאלו, ואת מי?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עוצר אנשים מלומר 'למה לא אנחנו?'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מנהיגות צעירה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בעיה שהייתי רוצה לפתור: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אדם אחד שאשאל עליה: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הצעד הראשון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🚀 מנהיגות צעירה – 🎓 חט״ע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י׳–י״ב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איך הפכנו תחנת אוטובוס שוממה למקום שאנשים מחכים לחכות בו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פוסט של יוזמה + נתונים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[1] זה התחיל מתלונה. כל בוקר חיכינו באוטובוס בתחנה ליד המתנ״ס: בלי צל, בלי ספסל, עם פח שופע. "מישהו צריך לטפל בזה", אמרנו. ואז נועם שאל: "למה לא אנחנו?"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[2] שלב 1 – הקשבה. שאלנו 60 אנשים שמחכים בתחנה מה חסר להם. 41 ענו 'צל', 30 ענו 'ספסל', ו־12 הפתיעו: 'משהו לקרוא'.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[3] שלב 2 – תוכנית. שרטטנו הצעה: ספסל מעץ ממוחזר, סוכך בד, ו'ספרייה קטנה' – ארגז שאפשר לקחת ממנו ספר ולהשאיר ספר.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[4] שלב 3 – 'לא' ראשון. במועצה אמרו שאין תקציב. כמעט ויתרנו. אבל במקום זה פנינו לנגרייה בשכונה, שתרמה עץ, ולהורים, שתרמו שעות עבודה.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[5] שלב 4 – ביצוע. שלוש שבתות של עבודה. היו יבלות. היו ויכוחים על צבעים. בסוף בחרנו טורקיז.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[6] שלב 5 – מה למדנו. היום יש בתחנה ספסל, צל ושלושים ספרים. ולמדנו שמנהיגות היא לא להיות הכי חזק בקול. היא להיות הראשון שאומר 'למה לא אנחנו?' – ולהמשיך גם אחרי ה'לא' הראשון.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[7] חשוב להתבונן גם בנתונים בעין ביקורתית: 60 נשאלים בתחנה אחת אינם מדגם מייצג של כל השכונה, וייתכן שמי שלא עונה – למשל אנשים הממהרים לעבודה – זקוקים לדברים אחרים. ועם זאת, ליוזמה מקומית אין צורך במחקר מושלם; די בהקשבה כנה כדי להתחיל, ובנכונות לתקן בדרך.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rtl/>
          <w:bCs/>
        </w:rPr>
        <w:t>1. מהי מטרת הפוסט?</w:t>
      </w:r>
    </w:p>
    <w:p>
      <w:pPr>
        <w:bidi/>
        <w:spacing w:after="60"/>
        <w:jc w:val="right"/>
      </w:pPr>
      <w:r>
        <w:rPr>
          <w:b w:val="0"/>
          <w:rtl/>
        </w:rPr>
        <w:t>○ לדווח וגם להשראה – להראות שאפשר    ○ לבקש תרומות כסף    ○ לבקר את המועצה</w:t>
      </w:r>
    </w:p>
    <w:p>
      <w:pPr>
        <w:bidi/>
        <w:spacing w:after="60"/>
        <w:jc w:val="right"/>
      </w:pPr>
      <w:r>
        <w:rPr>
          <w:b/>
          <w:rtl/>
          <w:bCs/>
        </w:rPr>
        <w:t>2. מה תורם החלוקה לשלבים ממוספרים?</w:t>
      </w:r>
    </w:p>
    <w:p>
      <w:pPr>
        <w:bidi/>
        <w:spacing w:after="60"/>
        <w:jc w:val="right"/>
      </w:pPr>
      <w:r>
        <w:rPr>
          <w:b w:val="0"/>
          <w:rtl/>
        </w:rPr>
        <w:t>○ בהירות ומבנה של תהליך שאפשר ללמוד ממנו    ○ אורך    ○ חריזה</w:t>
      </w:r>
    </w:p>
    <w:p>
      <w:pPr>
        <w:bidi/>
        <w:spacing w:after="60"/>
        <w:jc w:val="right"/>
      </w:pPr>
      <w:r>
        <w:rPr>
          <w:b/>
          <w:rtl/>
          <w:bCs/>
        </w:rPr>
        <w:t>3. מהי הטענה הביקורתית בפסקה האחרונה?</w:t>
      </w:r>
    </w:p>
    <w:p>
      <w:pPr>
        <w:bidi/>
        <w:spacing w:after="60"/>
        <w:jc w:val="right"/>
      </w:pPr>
      <w:r>
        <w:rPr>
          <w:b w:val="0"/>
          <w:rtl/>
        </w:rPr>
        <w:t>○ המדגם אינו מייצג    ○ הספסל מכוער    ○ הנגרייה טעתה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שמגדיר מהי מנהיגות לפי הכותבים,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נתון, פרשנות או ביקורת?</w:t>
      </w:r>
    </w:p>
    <w:p>
      <w:pPr>
        <w:bidi/>
        <w:spacing w:after="60"/>
        <w:jc w:val="right"/>
      </w:pPr>
      <w:r>
        <w:rPr>
          <w:b w:val="0"/>
          <w:rtl/>
        </w:rPr>
        <w:t>כרטיסים: 41 מתוך 60 ענו 'צל' · אנשים רוצים מקום נעים לחכות בו · המדגם אינו מייצג · 12 ביקשו משהו לקרוא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02"/>
        <w:gridCol w:w="3402"/>
        <w:gridCol w:w="3402"/>
      </w:tblGrid>
      <w:tr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🔢 נתון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💭 פרשנות</w:t>
            </w:r>
          </w:p>
        </w:tc>
        <w:tc>
          <w:tcPr>
            <w:tcW w:type="dxa" w:w="3402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🧐 ביקורת</w:t>
            </w:r>
          </w:p>
        </w:tc>
      </w:tr>
      <w:tr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3402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כתבו 'הצעת יוזמה' רשמית למועצת התלמידים: רקע ונתונים, מטרה, שלבים, משאבים, איך נתמודד עם 'לא', ומדד הצלחה.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עוצר אנשים מלומר 'למה לא אנחנו?'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מנהיגות צעירה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בעיה שהייתי רוצה לפתור: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אדם אחד שאשאל עליה: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הצעד הראשון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🚀 מנהיגות צעירה – 🧸 יסודי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ג׳–ו׳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הגינה של כיתה ג׳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פוסט של יוזמה + נתונים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בחצר של הכיתה היה פינה עם הרבה לכלוך.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הילדים אמרו: "בואו נעשה כאן גינה!"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הם ניקו, שתלו פרחים והשקו כל יום.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אחרי חודש – פרחים צבעוניים! 🌻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כל בית הספר בא לראות.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מה היה בפינה בהתחלה?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לכלוך    ○ פרחים    ○ בריכה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מה הילדים שתלו?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פרחים    ○ עוגות    ○ כדורים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🖍️ סמנו בטקסט בצבע את המשפט שבו הילדים מציעים רעיון,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p>
      <w:pPr>
        <w:bidi/>
        <w:spacing w:after="60"/>
        <w:jc w:val="right"/>
      </w:pPr>
      <w:r>
        <w:rPr>
          <w:b/>
          <w:rtl/>
          <w:bCs/>
        </w:rPr>
        <w:t>2. 🗂️ סדרו: מה קודם?</w:t>
      </w:r>
    </w:p>
    <w:p>
      <w:pPr>
        <w:bidi/>
        <w:spacing w:after="60"/>
        <w:jc w:val="right"/>
      </w:pPr>
      <w:r>
        <w:rPr>
          <w:b w:val="0"/>
          <w:rtl/>
        </w:rPr>
        <w:t>כרטיסים: לנקות · פרחים צבעוניים · לשתול · כולם באים לראות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1️⃣ קודם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2️⃣ אחר כך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איזה מקום בבית הספר הייתם רוצים לשפר? ציירו איך הוא ייראה.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עוצר אנשים מלומר 'למה לא אנחנו?'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מנהיגות צעירה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בעיה שהייתי רוצה לפתור: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אדם אחד שאשאל עליה: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הצעד הראשון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🚀 מנהיגות צעירה – 🟢 עולים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לכיתות קליטה ואולפן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מנהיגות צעירה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פוסט של יוזמה + נתונים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בַּתַּחֲנָה אֵין סַפְסָל.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אֲנָשִׁים עוֹמְדִים הַרְבֵּה זְמַן.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שְׁלוֹשָׁה בְּנֵי נֹעַר אוֹמְרִים: "בּוֹאוּ נִבְנֶה סַפְסָל!"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שְׁכֵנִים עוֹזְרִים לָהֶם.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עַכְשָׁו יֵשׁ סַפְסָל וְצֵל.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כֻּלָּם שְׂמֵחִים.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🟢 מחסן מילים: תַּחֲנָה (bus stop) · סַפְסָל (bench) · לְבָנוֹת (to build) · שְׁכֵנִים (neighbors) · צֵל (shade)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1. מָה אֵין בַּתַּחֲנָה?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סַפְסָל    ○ אוֹטוֹבּוּס    ○ אֲנָשִׁים</w:t>
      </w:r>
    </w:p>
    <w:p>
      <w:pPr>
        <w:bidi/>
        <w:spacing w:after="60"/>
        <w:jc w:val="right"/>
      </w:pPr>
      <w:r>
        <w:rPr>
          <w:b/>
          <w:sz w:val="26"/>
          <w:rtl/>
          <w:bCs/>
          <w:szCs w:val="26"/>
        </w:rPr>
        <w:t>2. מִי עוֹזֵר?</w:t>
      </w:r>
    </w:p>
    <w:p>
      <w:pPr>
        <w:bidi/>
        <w:spacing w:after="60"/>
        <w:jc w:val="right"/>
      </w:pPr>
      <w:r>
        <w:rPr>
          <w:b w:val="0"/>
          <w:sz w:val="26"/>
          <w:rtl/>
          <w:szCs w:val="26"/>
        </w:rPr>
        <w:t>○ שְׁכֵנִים    ○ חֲתוּלִים    ○ אַף אֶחָד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מתחו קו בין המילה לפירוש: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תַּחֲנָה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to build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סַפְסָל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neighbors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לְבָנוֹת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shade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שְׁכֵנִים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bus stop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sz w:val="26"/>
                <w:rtl/>
                <w:szCs w:val="26"/>
              </w:rPr>
              <w:t>צֵל</w:t>
            </w: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bench</w:t>
            </w:r>
          </w:p>
        </w:tc>
      </w:tr>
    </w:tbl>
    <w:p>
      <w:pPr>
        <w:bidi/>
        <w:spacing w:after="60"/>
        <w:jc w:val="right"/>
      </w:pPr>
      <w:r>
        <w:rPr>
          <w:b/>
          <w:rtl/>
          <w:bCs/>
        </w:rPr>
        <w:t>2. 🖍️ לַחֲצוּ עַל הַמִּשְׁפָּט שֶׁבּוֹ בְּנֵי הַנֹּעַר מַצִּיעִים רַעְיוֹן, והעתיקו אותו:</w:t>
      </w:r>
    </w:p>
    <w:p>
      <w:pPr>
        <w:bidi/>
        <w:spacing w:after="60"/>
        <w:jc w:val="right"/>
      </w:pPr>
      <w:r>
        <w:rPr>
          <w:b w:val="0"/>
          <w:color w:val="999999"/>
          <w:rtl/>
        </w:rPr>
        <w:t>______________________________________________________________________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📦 משימת תיבה: הִשְׁלִימוּ: בְּבֵית הַסֵּפֶר שֶׁלִּי חָסֵר... אֲנִי רוֹצֶה לִבְנוֹת/לַעֲשׂוֹת...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__________________________________________________________________</w:t>
            </w:r>
          </w:p>
        </w:tc>
      </w:tr>
    </w:tbl>
    <w:p>
      <w:pPr>
        <w:bidi/>
        <w:spacing w:after="60"/>
        <w:jc w:val="right"/>
      </w:pPr>
      <w:r>
        <w:rPr>
          <w:b w:val="0"/>
          <w:sz w:val="22"/>
          <w:rtl/>
          <w:szCs w:val="22"/>
        </w:rPr>
        <w:t>🗣️ לשיחה בזוגות: מה עוצר אנשים מלומר 'למה לא אנחנו?'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מנהיגות צעירה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בעיה שהייתי רוצה לפתור: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אדם אחד שאשאל עליה: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הצעד הראשון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p>
      <w:r>
        <w:br w:type="page"/>
      </w:r>
    </w:p>
    <w:p>
      <w:pPr>
        <w:bidi/>
        <w:spacing w:after="60"/>
        <w:jc w:val="right"/>
      </w:pPr>
      <w:r>
        <w:rPr>
          <w:b/>
          <w:color w:val="6A5CFF"/>
          <w:sz w:val="18"/>
          <w:rtl/>
          <w:bCs/>
          <w:szCs w:val="18"/>
        </w:rPr>
        <w:t>📖 קוראים את העולם שלנו</w:t>
      </w:r>
    </w:p>
    <w:p>
      <w:pPr>
        <w:bidi/>
        <w:spacing w:after="60"/>
        <w:jc w:val="right"/>
      </w:pPr>
      <w:r>
        <w:rPr>
          <w:b/>
          <w:color w:val="1B2A5A"/>
          <w:sz w:val="36"/>
          <w:rtl/>
          <w:bCs/>
          <w:szCs w:val="36"/>
        </w:rPr>
        <w:t>🚀 מנהיגות צעירה – 🧩 חנ״מ</w:t>
      </w:r>
    </w:p>
    <w:p>
      <w:pPr>
        <w:bidi/>
        <w:spacing w:after="60"/>
        <w:jc w:val="right"/>
      </w:pPr>
      <w:r>
        <w:rPr>
          <w:b w:val="0"/>
          <w:color w:val="5B6185"/>
          <w:rtl/>
        </w:rPr>
        <w:t>ערכה להדפסה • לחינוך המיוחד • קריאה והבנה</w:t>
      </w:r>
    </w:p>
    <w:p>
      <w:pPr>
        <w:bidi/>
        <w:spacing w:after="60"/>
        <w:jc w:val="right"/>
      </w:pPr>
      <w:r>
        <w:rPr>
          <w:b/>
          <w:rtl/>
          <w:bCs/>
        </w:rPr>
        <w:t>שם: ____________________   כיתה: ________   תאריך: ____________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AF9FF"/>
          </w:tcPr>
          <w:p>
            <w:pPr>
              <w:bidi/>
              <w:spacing w:after="60"/>
              <w:jc w:val="right"/>
            </w:pPr>
            <w:r>
              <w:rPr>
                <w:b/>
                <w:sz w:val="28"/>
                <w:rtl/>
                <w:bCs/>
                <w:szCs w:val="28"/>
              </w:rPr>
              <w:t>מנהיגות צעירה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7E57C2"/>
                <w:sz w:val="18"/>
                <w:rtl/>
                <w:szCs w:val="18"/>
              </w:rPr>
              <w:t>פוסט של יוזמה + נתונים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🚏 אין ספסל.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🔨 אנחנו בונים.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🪑 יש ספסל!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sz w:val="30"/>
                <w:rtl/>
                <w:szCs w:val="30"/>
              </w:rPr>
              <w:t>😊 כולם שמחים.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א׳ – 🏊 שחייה על פני השטח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מאתרים מידע שכתוב בטקסט במפורש. הקיפו את התשובה הנכונה.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1. מה חסר בתחנה?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🪑 ספסל     ○ 🐘 פיל     ○ 🎂 עוגה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2. מה אנחנו עושים?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🔨 בונים     ○ 😴 ישנים     ○ 🏊 שוחים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ב׳ – 🤿 צלילה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מסיקים, מחברים, בודקים מבנה ושפה.</w:t>
      </w:r>
    </w:p>
    <w:p>
      <w:pPr>
        <w:bidi/>
        <w:spacing w:after="60"/>
        <w:jc w:val="right"/>
      </w:pPr>
      <w:r>
        <w:rPr>
          <w:b/>
          <w:rtl/>
          <w:bCs/>
        </w:rPr>
        <w:t>1. 🗂️ מה עושים יחד?</w:t>
      </w:r>
    </w:p>
    <w:p>
      <w:pPr>
        <w:bidi/>
        <w:spacing w:after="60"/>
        <w:jc w:val="right"/>
      </w:pPr>
      <w:r>
        <w:rPr>
          <w:b w:val="0"/>
          <w:rtl/>
        </w:rPr>
        <w:t>כרטיסים: 🌱 לשתול · 🧹 לנקות · 🎨 לצבוע · 🗑️ לזרוק לכלוך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5103"/>
        <w:gridCol w:w="5103"/>
      </w:tblGrid>
      <w:tr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🤝 יחד</w:t>
            </w:r>
          </w:p>
        </w:tc>
        <w:tc>
          <w:tcPr>
            <w:tcW w:type="dxa" w:w="5103"/>
            <w:shd w:val="clear" w:color="auto" w:fill="EDE7F6"/>
          </w:tcPr>
          <w:p>
            <w:pPr>
              <w:bidi/>
              <w:spacing w:after="60"/>
              <w:jc w:val="center"/>
            </w:pPr>
            <w:r>
              <w:rPr>
                <w:b/>
                <w:rtl/>
                <w:bCs/>
              </w:rPr>
              <w:t>🙅 לא</w:t>
            </w:r>
          </w:p>
        </w:tc>
      </w:tr>
      <w:tr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  <w:tc>
          <w:tcPr>
            <w:tcW w:type="dxa" w:w="5103"/>
          </w:tcPr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  <w:p>
            <w:pPr>
              <w:bidi/>
              <w:spacing w:after="60"/>
              <w:jc w:val="right"/>
            </w:pP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DDE3FF"/>
          </w:tcPr>
          <w:p>
            <w:pPr>
              <w:bidi/>
              <w:spacing w:after="60"/>
              <w:jc w:val="right"/>
            </w:pPr>
            <w:r>
              <w:rPr>
                <w:b/>
                <w:sz w:val="26"/>
                <w:rtl/>
                <w:bCs/>
                <w:szCs w:val="26"/>
              </w:rPr>
              <w:t>חלק ג׳ – 🐠 מעמקים</w:t>
            </w:r>
          </w:p>
        </w:tc>
      </w:tr>
    </w:tbl>
    <w:p>
      <w:pPr>
        <w:bidi/>
        <w:spacing w:after="60"/>
        <w:jc w:val="right"/>
      </w:pPr>
      <w:r>
        <w:rPr>
          <w:b w:val="0"/>
          <w:color w:val="5B6185"/>
          <w:sz w:val="20"/>
          <w:rtl/>
          <w:szCs w:val="20"/>
        </w:rPr>
        <w:t>חושבים, מביעים עמדה ויוצרים. אין תשובה אחת נכונה.</w:t>
      </w:r>
    </w:p>
    <w:p>
      <w:pPr>
        <w:bidi/>
        <w:spacing w:after="60"/>
        <w:jc w:val="right"/>
      </w:pPr>
      <w:r>
        <w:rPr>
          <w:b/>
          <w:sz w:val="30"/>
          <w:rtl/>
          <w:bCs/>
          <w:szCs w:val="30"/>
        </w:rPr>
        <w:t>💬 מה אני רוצה לשפר? (הקיפו)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○ את החצר   ○ את הכיתה   ○ את הגינה   ○ את הספרייה   ○ את התחנה</w:t>
      </w:r>
    </w:p>
    <w:p>
      <w:pPr>
        <w:bidi/>
        <w:spacing w:after="60"/>
        <w:jc w:val="right"/>
      </w:pPr>
      <w:r>
        <w:rPr>
          <w:b w:val="0"/>
          <w:sz w:val="30"/>
          <w:rtl/>
          <w:szCs w:val="30"/>
        </w:rPr>
        <w:t>איך אני מרגיש/ה?  😊   😐   😢   😡   🤩</w:t>
      </w:r>
    </w:p>
    <w:p>
      <w:pPr>
        <w:bidi/>
        <w:spacing w:after="60"/>
        <w:jc w:val="right"/>
      </w:pPr>
      <w:r>
        <w:rPr>
          <w:b w:val="0"/>
          <w:color w:val="FF8F00"/>
          <w:rtl/>
        </w:rPr>
        <w:t>✂️ - - - - - - - - - - - - - - - - - - - - - - - - - - - - - - - - - - - - - - -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10206"/>
      </w:tblGrid>
      <w:tr>
        <w:tc>
          <w:tcPr>
            <w:tcW w:type="dxa" w:w="10206"/>
            <w:shd w:val="clear" w:color="auto" w:fill="FFFDF3"/>
          </w:tcPr>
          <w:p>
            <w:pPr>
              <w:bidi/>
              <w:spacing w:after="60"/>
              <w:jc w:val="right"/>
            </w:pPr>
            <w:r>
              <w:rPr>
                <w:b/>
                <w:rtl/>
                <w:bCs/>
              </w:rPr>
              <w:t>🎟️ כרטיס יציאה · מנהיגות צעירה     שם: 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בעיה שהייתי רוצה לפתור: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אדם אחד שאשאל עליה: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rtl/>
              </w:rPr>
              <w:t>הצעד הראשון שלי:</w:t>
            </w:r>
          </w:p>
          <w:p>
            <w:pPr>
              <w:bidi/>
              <w:spacing w:after="60"/>
              <w:jc w:val="right"/>
            </w:pPr>
            <w:r>
              <w:rPr>
                <w:b w:val="0"/>
                <w:color w:val="999999"/>
                <w:rtl/>
              </w:rPr>
              <w:t>____________________________________________________________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850" w:bottom="850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jc w:val="center"/>
    </w:pPr>
    <w:r>
      <w:rPr>
        <w:sz w:val="18"/>
        <w:rtl/>
      </w:rPr>
      <w:t>יצרה: רוית ראש בן ישי · קוראים את העולם שלנו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</w:pPr>
    <w:rPr>
      <w:rFonts w:ascii="Arial" w:hAnsi="Arial" w:cs="Arial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